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286000" cy="228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AFD9F8-4D81-4696-AF10-F6AF071A7954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32"/>
        </w:rPr>
        <w:t>Healing Hands Homecare &amp; Ministries</w:t>
        <w:br/>
        <w:t>Client Welcome Packet</w:t>
        <w:br/>
      </w:r>
    </w:p>
    <w:p>
      <w:pPr>
        <w:jc w:val="center"/>
      </w:pPr>
      <w:r>
        <w:t>Compassionate Care in the Comfort of Your Home</w:t>
        <w:br/>
        <w:t>Owner &amp; Founder: Vanessa Castro</w:t>
      </w:r>
    </w:p>
    <w:p>
      <w:r>
        <w:rPr>
          <w:b/>
          <w:sz w:val="24"/>
        </w:rPr>
        <w:br/>
        <w:t>A Personal Welcome From the Founder</w:t>
      </w:r>
    </w:p>
    <w:p>
      <w:r>
        <w:t>Dear Client and Family,</w:t>
        <w:br/>
        <w:br/>
        <w:t>Welcome to Healing Hands Homecare &amp; Ministries.</w:t>
        <w:br/>
        <w:br/>
        <w:t>It is truly an honor to be entrusted with the care of you or your loved one. Healing Hands was created from a deep passion within my heart to serve others with compassion, dignity, and genuine love. As a nurse and caregiver, I have always believed that caring for people is not simply a profession — it is a calling.</w:t>
        <w:br/>
        <w:br/>
        <w:t>Our mission at Healing Hands Homecare &amp; Ministries is to provide compassionate, high-quality care that supports the physical, emotional, and spiritual well-being of every individual we serve, allowing them to live safely, comfortably, and with dignity in their own home.</w:t>
        <w:br/>
        <w:br/>
        <w:t>Every client we serve becomes part of our extended family, and it is our privilege to walk alongside you in your journey of care.</w:t>
        <w:br/>
        <w:br/>
        <w:t>Blessings,</w:t>
        <w:br/>
        <w:br/>
        <w:t>Vanessa Castro</w:t>
        <w:br/>
        <w:t>Owner &amp; Founder</w:t>
      </w:r>
    </w:p>
    <w:p>
      <w:r>
        <w:rPr>
          <w:b/>
          <w:sz w:val="24"/>
        </w:rPr>
        <w:br/>
        <w:t>The Heart Behind Healing Hands</w:t>
      </w:r>
    </w:p>
    <w:p>
      <w:r>
        <w:t>Healing Hands Homecare &amp; Ministries was founded from a calling to care for others with compassion, excellence, and faith.</w:t>
        <w:br/>
        <w:br/>
        <w:t>As a nurse, Vanessa Castro witnessed firsthand how meaningful, compassionate care can transform lives. Through years of serving patients and families, she developed a deep passion for helping individuals maintain dignity, comfort, and independence in their own homes.</w:t>
        <w:br/>
        <w:br/>
        <w:t>Healing Hands was created to provide more than just care — it was built to offer hope, encouragement, and genuine connection. Healing Hands Homecare &amp; Ministries is not simply a business; it is a ministry of service rooted in compassion and the desire to uplift others.</w:t>
      </w:r>
    </w:p>
    <w:p>
      <w:r>
        <w:rPr>
          <w:b/>
          <w:sz w:val="24"/>
        </w:rPr>
        <w:br/>
        <w:t>About Healing Hands Homecare &amp; Ministries</w:t>
      </w:r>
    </w:p>
    <w:p>
      <w:r>
        <w:t>Healing Hands Homecare &amp; Ministries provides care with tender, loving hands that touch lives and heal hearts—just the way you deserve.</w:t>
        <w:br/>
        <w:br/>
        <w:t>We believe in a holistic approach to healing, where compassion, dignity, and genuine connection are at the center of everything we do. To us, caregiving is more than a service; it is a calling and a work of the heart.</w:t>
        <w:br/>
        <w:br/>
        <w:t>We uphold the highest standards of care by building meaningful relationships and lasting bonds within the communities we serve. Our dedicated staff is guided by strong core values and a commitment to ensuring every individual receives the personalized care they want and deserve.</w:t>
        <w:br/>
        <w:br/>
        <w:t>At Healing Hands, we take pride in nurturing the mind, body, and spirit, providing a truly holistic healing experience.</w:t>
      </w:r>
    </w:p>
    <w:p>
      <w:r>
        <w:rPr>
          <w:b/>
          <w:sz w:val="24"/>
        </w:rPr>
        <w:br/>
        <w:t>Our Mission Statement</w:t>
      </w:r>
    </w:p>
    <w:p>
      <w:r>
        <w:t>Our mission is to serve individuals and families with compassionate, dependable, and personalized home care while nurturing the mind, body, and spirit through dignity, respect, and heartfelt service.</w:t>
        <w:br/>
        <w:br/>
        <w:t>“Do everything in love.” – 1 Corinthians 16:14</w:t>
      </w:r>
    </w:p>
    <w:p>
      <w:r>
        <w:rPr>
          <w:b/>
          <w:sz w:val="24"/>
        </w:rPr>
        <w:br/>
        <w:t>Our Core Values</w:t>
      </w:r>
    </w:p>
    <w:p>
      <w:r>
        <w:t>Dignity and Respect</w:t>
        <w:br/>
        <w:t>We believe every person deserves to be treated with honor and respect.</w:t>
        <w:br/>
        <w:br/>
        <w:t>Patience and Faithfulness</w:t>
        <w:br/>
        <w:t>We remain committed to dependable and consistent care.</w:t>
        <w:br/>
        <w:br/>
        <w:t>Joy and Peace</w:t>
        <w:br/>
        <w:t>We strive to bring comfort and positivity.</w:t>
        <w:br/>
        <w:br/>
        <w:t>Kindness and Goodness</w:t>
        <w:br/>
        <w:t>We serve others with genuine kindness and humility.</w:t>
        <w:br/>
        <w:br/>
        <w:t>Gentleness and Excellence</w:t>
        <w:br/>
        <w:t>We provide care with a gentle touch and commitment to quality.</w:t>
      </w:r>
    </w:p>
    <w:p>
      <w:r>
        <w:rPr>
          <w:b/>
          <w:sz w:val="24"/>
        </w:rPr>
        <w:br/>
        <w:t>Our Ministry Foundation</w:t>
      </w:r>
    </w:p>
    <w:p>
      <w:r>
        <w:t>“But the fruit of the Spirit is love, joy, peace, forbearance, kindness, goodness, faithfulness, gentleness and self-control.” – Galatians 5:22-23</w:t>
        <w:br/>
        <w:br/>
        <w:t>“Serve one another humbly in love.” – Galatians 5:13</w:t>
        <w:br/>
        <w:br/>
        <w:t>“Whatever you do, work at it with all your heart, as working for the Lord.” – Colossians 3:23</w:t>
        <w:br/>
        <w:br/>
        <w:t>“Each of you should use whatever gift you have received to serve others.” – 1 Peter 4:10</w:t>
      </w:r>
    </w:p>
    <w:p>
      <w:r>
        <w:rPr>
          <w:b/>
          <w:sz w:val="24"/>
        </w:rPr>
        <w:br/>
        <w:t>The Healing Hands Caregiver Promise</w:t>
      </w:r>
    </w:p>
    <w:p>
      <w:r>
        <w:t>We promise to treat every client with dignity, respect, and compassion.</w:t>
        <w:br/>
        <w:t>We promise to listen with patience.</w:t>
        <w:br/>
        <w:t>We promise to provide dependable care.</w:t>
        <w:br/>
        <w:t>We promise to create a peaceful environment.</w:t>
        <w:br/>
        <w:t>We promise to approach care with kindness and gentleness.</w:t>
        <w:br/>
        <w:t>We promise to honor the trust placed in us.</w:t>
      </w:r>
    </w:p>
    <w:p>
      <w:r>
        <w:t>Services We Provide</w:t>
        <w:br/>
        <w:br/>
        <w:t>Companion Care, Personal Care Aides, and Certified Nurse Aides</w:t>
        <w:br/>
        <w:t>• Personal care (bathing, grooming, dressing)</w:t>
        <w:br/>
        <w:t>• Mobility and transfer assistance</w:t>
        <w:br/>
        <w:t>• Meal preparation</w:t>
        <w:br/>
        <w:t>• Medication reminders (non-clinical)</w:t>
        <w:br/>
        <w:t>• Transportation to appointments</w:t>
        <w:br/>
        <w:t>• Light housekeeping</w:t>
        <w:br/>
        <w:br/>
        <w:t>Skilled Nursing Services (Coming Soon)</w:t>
        <w:br/>
        <w:t>Healing Hands Homecare &amp; Ministries plans to expand services to include skilled nursing care in the future. These services are not currently provided at this time.</w:t>
        <w:br/>
        <w:br/>
        <w:t>Future services may include:</w:t>
        <w:br/>
        <w:t>• Medication administration</w:t>
        <w:br/>
        <w:t>• Wound care</w:t>
        <w:br/>
        <w:t>• Tube feedings</w:t>
        <w:br/>
        <w:t>• Trach care and more</w:t>
        <w:br/>
        <w:br/>
        <w:t>Spiritual Services</w:t>
        <w:br/>
        <w:t>• Bible studies in home for spiritual growth</w:t>
        <w:br/>
        <w:t>• Spiritual healing and prayer</w:t>
        <w:br/>
        <w:t>• Spiritual guidance and counseling and more</w:t>
        <w:br/>
      </w:r>
    </w:p>
    <w:p>
      <w:r>
        <w:t>Companion Care, Personal Care Aides, Certified Nurse Aides, Nursing Services, and Spiritual Support Services.</w:t>
      </w:r>
    </w:p>
    <w:p>
      <w:r>
        <w:rPr>
          <w:b/>
          <w:sz w:val="24"/>
        </w:rPr>
        <w:br/>
        <w:t>Client Rights</w:t>
      </w:r>
    </w:p>
    <w:p>
      <w:r>
        <w:t>To be treated with dignity and respect</w:t>
        <w:br/>
        <w:t>To receive safe care</w:t>
        <w:br/>
        <w:t>To have privacy respected</w:t>
        <w:br/>
        <w:t>To participate in decisions</w:t>
        <w:br/>
        <w:t>To voice concerns</w:t>
        <w:br/>
        <w:t>To refuse services</w:t>
      </w:r>
    </w:p>
    <w:p>
      <w:r>
        <w:rPr>
          <w:b/>
          <w:sz w:val="24"/>
        </w:rPr>
        <w:br/>
        <w:t>Client Responsibilities</w:t>
      </w:r>
    </w:p>
    <w:p>
      <w:r>
        <w:t>Provide accurate health information</w:t>
        <w:br/>
        <w:t>Maintain a safe environment</w:t>
        <w:br/>
        <w:t>Treat caregivers respectfully</w:t>
        <w:br/>
        <w:t>Communicate scheduling changes</w:t>
      </w:r>
    </w:p>
    <w:p>
      <w:r>
        <w:rPr>
          <w:b/>
          <w:sz w:val="24"/>
        </w:rPr>
        <w:br/>
        <w:t>Financial Policy</w:t>
      </w:r>
    </w:p>
    <w:p>
      <w:r>
        <w:t>Payment is required per service agreement. Accepted methods include private pay and insurance.</w:t>
      </w:r>
    </w:p>
    <w:p>
      <w:r>
        <w:rPr>
          <w:b/>
          <w:sz w:val="24"/>
        </w:rPr>
        <w:br/>
        <w:t>Emergency Procedures</w:t>
      </w:r>
    </w:p>
    <w:p>
      <w:r>
        <w:t>Call 911 immediately</w:t>
        <w:br/>
        <w:t>Notify Healing Hands Homecare &amp; Ministries</w:t>
        <w:br/>
        <w:t>Follow emergency instructions</w:t>
      </w:r>
    </w:p>
    <w:p>
      <w:r>
        <w:rPr>
          <w:b/>
          <w:sz w:val="24"/>
        </w:rPr>
        <w:br/>
        <w:t>Client Information Form</w:t>
      </w:r>
    </w:p>
    <w:p>
      <w:r>
        <w:t>Client Name: ____________________</w:t>
        <w:br/>
        <w:t>DOB: ____________________</w:t>
        <w:br/>
        <w:t>Address: ____________________</w:t>
        <w:br/>
        <w:t>Phone: ____________________</w:t>
      </w:r>
    </w:p>
    <w:p>
      <w:r>
        <w:rPr>
          <w:b/>
          <w:sz w:val="24"/>
        </w:rPr>
        <w:br/>
        <w:t>HIPAA Acknowledgment</w:t>
      </w:r>
    </w:p>
    <w:p>
      <w:r>
        <w:t>Signature: ____________________   Date: ____________________</w:t>
      </w:r>
    </w:p>
    <w:p>
      <w:r>
        <w:rPr>
          <w:b/>
          <w:sz w:val="24"/>
        </w:rPr>
        <w:br/>
        <w:t>Acknowledgment of Receipt</w:t>
      </w:r>
    </w:p>
    <w:p>
      <w:r>
        <w:t>Signature: ____________________   Date: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